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  <w:t>(da mettere su carta intestata)</w:t>
      </w:r>
    </w:p>
    <w:p>
      <w:pPr>
        <w:pStyle w:val="Corpodeltesto"/>
        <w:spacing w:before="114" w:after="23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Spett.le Ufficio di Piano</w:t>
        <w:br/>
        <w:t>Ambito Distrettuale della Lomellina</w:t>
        <w:br/>
        <w:t>PEC: protocollovigevano@pec.it</w:t>
      </w:r>
    </w:p>
    <w:p>
      <w:pPr>
        <w:pStyle w:val="Corpodeltesto"/>
        <w:spacing w:before="114" w:after="234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DICHIARAZIONE DI INSERIMENTO DEI DATI RELATIVI ALL’ANNO 2025 NEL GESTIONALE “MINORI IN COMUNITÀ” (MINORI WEB), AI FINI DELLA RICHIESTA DI CONTRIBUTO A VALERE SUL FONDO SOCIALE REGIONALE 2026 – DGR XII/6652 DEL 03/08/2026 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nato/a a _____________________________________ il 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residente a 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via/piazza __________________________________________________ n. 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telefono __________________________ e-mail 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qualità di legale rappresentante della società/cooperativa/associazione/ente: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con sede legale a 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via/piazza __________________________________________________ n. 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telefono ________________________ e-mail ____________________________________</w:t>
      </w:r>
    </w:p>
    <w:p>
      <w:pPr>
        <w:pStyle w:val="Corpodeltesto"/>
        <w:spacing w:before="57" w:after="177"/>
        <w:rPr>
          <w:sz w:val="24"/>
          <w:szCs w:val="24"/>
        </w:rPr>
      </w:pPr>
      <w:r>
        <w:rPr>
          <w:sz w:val="24"/>
          <w:szCs w:val="24"/>
        </w:rPr>
        <w:t>Partita IVA ___________________________ Codice fiscale ________________________</w:t>
      </w:r>
    </w:p>
    <w:p>
      <w:pPr>
        <w:pStyle w:val="Corpodeltesto"/>
        <w:spacing w:before="57" w:after="177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di aver provveduto, in modo completo e nei tempi indicati da Regione Lombardia, all’inserimento nel gestionale regionale “Minori in Comunità” (Minori Web) dei dati riferiti ai minori accolti nell’anno 2025 presso la seguente unità di offerta: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Tipologia _________________________________________________________________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Denominazione 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Codice CUDES 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con sede nel Comune di 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via/piazza __________________________________________________ n. 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che, sotto la propria responsabilità e ai sensi del D.P.R. 445/2000 e successive modificazioni, i dati comunicati sono veritieri, accertabili e documentabili su richiesta del Comune di Vigevano, Ente capofila dell’Ambito Distrettuale della Lomellina;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di essere consapevole delle responsabilità e delle sanzioni penali previste in caso di dichiarazioni mendaci, formazione o uso di atti falsi, ai sensi degli artt. 75 e 76 del D.P.R. 445/2000.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Allega copia del documento di identità del legale rappresentante.</w:t>
      </w:r>
    </w:p>
    <w:p>
      <w:pPr>
        <w:pStyle w:val="Corpodeltesto"/>
        <w:rPr>
          <w:rFonts w:ascii="Arial" w:hAnsi="Arial"/>
        </w:rPr>
      </w:pPr>
      <w:r>
        <w:rPr>
          <w:sz w:val="24"/>
          <w:szCs w:val="24"/>
        </w:rPr>
      </w:r>
    </w:p>
    <w:p>
      <w:pPr>
        <w:pStyle w:val="Corpodeltesto"/>
        <w:rPr>
          <w:rFonts w:ascii="Arial" w:hAnsi="Arial"/>
        </w:rPr>
      </w:pPr>
      <w:r>
        <w:rPr>
          <w:sz w:val="24"/>
          <w:szCs w:val="24"/>
        </w:rPr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Luogo e data __________________________</w:t>
      </w:r>
      <w:r>
        <w:rPr>
          <w:b/>
          <w:sz w:val="24"/>
          <w:szCs w:val="24"/>
        </w:rPr>
        <w:tab/>
        <w:tab/>
      </w:r>
    </w:p>
    <w:p>
      <w:pPr>
        <w:pStyle w:val="Corpodeltesto"/>
        <w:rPr>
          <w:b/>
          <w:b/>
        </w:rPr>
      </w:pPr>
      <w:r>
        <w:rPr>
          <w:sz w:val="24"/>
          <w:szCs w:val="24"/>
        </w:rPr>
      </w:r>
    </w:p>
    <w:p>
      <w:pPr>
        <w:pStyle w:val="Corpodeltes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Il Legale Rappresentante</w:t>
      </w:r>
    </w:p>
    <w:p>
      <w:pPr>
        <w:pStyle w:val="Corpodeltesto"/>
        <w:spacing w:before="0" w:after="120"/>
        <w:jc w:val="center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>(timbro e firma)</w:t>
      </w:r>
    </w:p>
    <w:sectPr>
      <w:type w:val="nextPage"/>
      <w:pgSz w:w="12240" w:h="15840"/>
      <w:pgMar w:left="1247" w:right="124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0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nfasi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0"/>
      <w:szCs w:val="22"/>
      <w:lang w:val="it-IT" w:eastAsia="en-US" w:bidi="ar-SA"/>
    </w:rPr>
  </w:style>
  <w:style w:type="paragraph" w:styleId="Titoloprincipa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Elenco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Elenco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it-IT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Titolo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LibreOffice/6.4.5.2$Windows_X86_64 LibreOffice_project/a726b36747cf2001e06b58ad5db1aa3a9a1872d6</Application>
  <Pages>2</Pages>
  <Words>237</Words>
  <Characters>2198</Characters>
  <CharactersWithSpaces>2417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2026-09-15T13:27:28Z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