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(da mettere su carta intestata)</w:t>
      </w:r>
    </w:p>
    <w:p>
      <w:pPr>
        <w:pStyle w:val="Corpodeltesto"/>
        <w:spacing w:before="114" w:after="234"/>
        <w:jc w:val="right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Spett.le Ufficio di Piano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>Ambito Distrettuale della Lomellina</w:t>
        <w:br/>
        <w:t>PEC: protocollovigevano@pec.it</w:t>
      </w:r>
    </w:p>
    <w:p>
      <w:pPr>
        <w:pStyle w:val="Corpodeltesto"/>
        <w:spacing w:before="114" w:after="234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DOMANDA DI ASSEGNAZIONE DELLE RISORSE DEL FONDO SOCIALE REGIONALE (DGR XII/6652 DEL 03/08/2026) E CONTESTUALE TRASMISSIONE DELLA RENDICONTAZIONE DELLE ATTIVITÀ SVOLTE NELL’ANNO 2025 </w:t>
      </w:r>
    </w:p>
    <w:p>
      <w:pPr>
        <w:pStyle w:val="Corpodeltesto"/>
        <w:spacing w:before="114" w:after="234"/>
        <w:rPr>
          <w:sz w:val="24"/>
          <w:szCs w:val="24"/>
        </w:rPr>
      </w:pPr>
      <w:r>
        <w:rPr>
          <w:sz w:val="24"/>
          <w:szCs w:val="24"/>
        </w:rPr>
        <w:t>Il/La sottoscritto/a ____________________________________________________________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nato/a a ________________________________________ il__________________________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residente a ________________________________________________________________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in via/piazza __________________________________________________ n. __________</w:t>
      </w:r>
    </w:p>
    <w:p>
      <w:pPr>
        <w:pStyle w:val="Corpodeltesto"/>
        <w:spacing w:before="57" w:after="177"/>
        <w:rPr>
          <w:sz w:val="24"/>
          <w:szCs w:val="24"/>
        </w:rPr>
      </w:pPr>
      <w:r>
        <w:rPr>
          <w:sz w:val="24"/>
          <w:szCs w:val="24"/>
        </w:rPr>
        <w:t>telefono __________________________ e-mail____________________________________</w:t>
      </w:r>
    </w:p>
    <w:p>
      <w:pPr>
        <w:pStyle w:val="Corpodeltesto"/>
        <w:spacing w:before="0" w:after="120"/>
        <w:rPr>
          <w:sz w:val="24"/>
          <w:szCs w:val="24"/>
        </w:rPr>
      </w:pPr>
      <w:r>
        <w:rPr>
          <w:sz w:val="24"/>
          <w:szCs w:val="24"/>
        </w:rPr>
        <w:t>in qualità di legale rappresentante del Comune/Ente_________________________________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__________________________________________________________________________con sede legale a ____________________________________________________________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in via/piazza ___________________________________________________ n. __________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telefono __________________________ e-mail____________________________________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Partita IVA _____________________________Codice fiscale_________________________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eventuale sito web___________________________________________________________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in qualità di Gestore</w:t>
      </w:r>
    </w:p>
    <w:p>
      <w:pPr>
        <w:pStyle w:val="Corpodeltesto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CHIEDE IL CONTRIBUTO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a valere sul Fondo Sociale Regionale anno 2026, ai sensi della DGR XII/6652 del 03/08/2026 e dell’Avviso pubblico dell’Ambito Distrettuale della Lomellina, per: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 xml:space="preserve">☐ </w:t>
      </w:r>
      <w:r>
        <w:rPr>
          <w:sz w:val="24"/>
          <w:szCs w:val="24"/>
        </w:rPr>
        <w:t>affido di minori a Comunità o a famiglie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 xml:space="preserve">☐ </w:t>
      </w:r>
      <w:r>
        <w:rPr>
          <w:sz w:val="24"/>
          <w:szCs w:val="24"/>
        </w:rPr>
        <w:t>assistenza domiciliare minori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 xml:space="preserve">☐ </w:t>
      </w:r>
      <w:r>
        <w:rPr>
          <w:sz w:val="24"/>
          <w:szCs w:val="24"/>
        </w:rPr>
        <w:t>servizio di assistenza domiciliare anziani/disabili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 xml:space="preserve">☐ </w:t>
      </w:r>
      <w:r>
        <w:rPr>
          <w:sz w:val="24"/>
          <w:szCs w:val="24"/>
        </w:rPr>
        <w:t>una o più unità di offerta sociali, come di seguito indicate: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1. Unità di offerta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Tipologia __________________________________________________________________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Denominazione _____________________________________________________________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Codice CUDES _____________________________________________________________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Comune ______________________________ via/piazza____________________________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2. Unità di offerta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Tipologia __________________________________________________________________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Denominazione _____________________________________________________________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Codice CUDES _____________________________________________________________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Comune ________________________________ via/piazza __________________________</w:t>
      </w:r>
    </w:p>
    <w:p>
      <w:pPr>
        <w:pStyle w:val="Corpodeltesto"/>
        <w:spacing w:before="114" w:after="234"/>
        <w:rPr>
          <w:i/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(replicare la sezione in caso di ulteriori servizi/unità di offerta)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 xml:space="preserve">☐ </w:t>
      </w:r>
      <w:r>
        <w:rPr>
          <w:sz w:val="24"/>
          <w:szCs w:val="24"/>
        </w:rPr>
        <w:t>Le attività sopra indicate sono descritte nelle schede Excel per la RENDICONTAZIONE ANNO 2025 allegate alla presente domanda.</w:t>
      </w:r>
    </w:p>
    <w:p>
      <w:pPr>
        <w:pStyle w:val="Corpodeltesto"/>
        <w:rPr>
          <w:sz w:val="22"/>
          <w:szCs w:val="22"/>
        </w:rPr>
      </w:pPr>
      <w:r>
        <w:rPr>
          <w:sz w:val="22"/>
          <w:szCs w:val="22"/>
        </w:rPr>
        <w:t>(file “</w:t>
      </w:r>
      <w:r>
        <w:rPr>
          <w:i/>
          <w:iCs/>
          <w:sz w:val="22"/>
          <w:szCs w:val="22"/>
        </w:rPr>
        <w:t xml:space="preserve">schede_analitiche_consuntivo_2025_su_fondo_sociale_regionale_2026” </w:t>
      </w:r>
      <w:r>
        <w:rPr>
          <w:i w:val="false"/>
          <w:iCs w:val="false"/>
          <w:sz w:val="22"/>
          <w:szCs w:val="22"/>
        </w:rPr>
        <w:t>per le unità di offerta sociali; file</w:t>
      </w:r>
      <w:r>
        <w:rPr>
          <w:i/>
          <w:iCs/>
          <w:sz w:val="22"/>
          <w:szCs w:val="22"/>
        </w:rPr>
        <w:t xml:space="preserve"> “consuntivo_domiciliari_2025” per i servizi domiciliari; </w:t>
      </w:r>
      <w:r>
        <w:rPr>
          <w:i w:val="false"/>
          <w:iCs w:val="false"/>
          <w:sz w:val="22"/>
          <w:szCs w:val="22"/>
        </w:rPr>
        <w:t>file</w:t>
      </w:r>
      <w:r>
        <w:rPr>
          <w:i/>
          <w:iCs/>
          <w:sz w:val="22"/>
          <w:szCs w:val="22"/>
        </w:rPr>
        <w:t xml:space="preserve"> “consuntivo_affidi_2025</w:t>
      </w:r>
      <w:r>
        <w:rPr>
          <w:sz w:val="22"/>
          <w:szCs w:val="22"/>
        </w:rPr>
        <w:t>” per gli affidi di minori a Comunità o a famiglie)</w:t>
      </w:r>
    </w:p>
    <w:p>
      <w:pPr>
        <w:pStyle w:val="Corpodeltesto"/>
        <w:rPr>
          <w:rFonts w:ascii="Arial" w:hAnsi="Arial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E, A TAL FINE, DICHIARA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z w:val="24"/>
          <w:szCs w:val="24"/>
        </w:rPr>
        <w:t>di aver preso visione dell’Avviso pubblico dell’Ambito Distrettuale della Lomellina relativo all’assegnazione delle risorse del Fondo Sociale Regionale 2026;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z w:val="24"/>
          <w:szCs w:val="24"/>
        </w:rPr>
        <w:t>che i dati riportati nella presente domanda e nelle schede allegate sono veri e accertabili ai sensi dell’art. 43 del D.P.R. 445/2000, ovvero documentabili su richiesta del Comune di Vigevano, Ente capofila dell’Ambito Distrettuale della Lomellina;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z w:val="24"/>
          <w:szCs w:val="24"/>
        </w:rPr>
        <w:t>che la/le unità di offerta sociale per cui si richiede il contributo erano attive nell’anno 2025;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z w:val="24"/>
          <w:szCs w:val="24"/>
        </w:rPr>
        <w:t>che la/le unità di offerta sociale per cui si richiede il contributo sono attive nell’anno 2026 oppure hanno cessato l’attività in data _______________________________;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z w:val="24"/>
          <w:szCs w:val="24"/>
        </w:rPr>
        <w:t>che la/le unità di offerta sociale sono in regolare esercizio, in possesso dell’autorizzazione al funzionamento oppure della Comunicazione Preventiva per l’Esercizio (CPE), e sono presenti nel gestionale AFAM con il relativo codice CUDES;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z w:val="24"/>
          <w:szCs w:val="24"/>
        </w:rPr>
        <w:t>di ottemperare alle disposizioni della legge 13 agosto 2010, n. 136, con particolare riferimento agli obblighi di tracciabilità dei flussi finanziari;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rPr>
          <w:sz w:val="24"/>
          <w:szCs w:val="24"/>
        </w:rPr>
        <w:t>di aver correttamente compilato n. __________ schede di rendicontazione allegate alla domanda.</w:t>
      </w:r>
    </w:p>
    <w:p>
      <w:pPr>
        <w:pStyle w:val="Corpodeltesto"/>
        <w:rPr>
          <w:rFonts w:ascii="Arial" w:hAnsi="Arial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ALLEGA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1) Le schede Excel di rendicontazione relative ai servizi/interventi per i quali è richiesto il contributo:</w:t>
      </w:r>
    </w:p>
    <w:p>
      <w:pPr>
        <w:pStyle w:val="Corpodeltesto"/>
        <w:rPr>
          <w:rFonts w:ascii="Arial" w:hAnsi="Arial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AREA MINORI E FAMIGLIA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 xml:space="preserve">☐ </w:t>
      </w:r>
      <w:r>
        <w:rPr>
          <w:sz w:val="24"/>
          <w:szCs w:val="24"/>
        </w:rPr>
        <w:t>Affidi di minori a Comunità o a famiglie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 xml:space="preserve">☐ </w:t>
      </w:r>
      <w:r>
        <w:rPr>
          <w:sz w:val="24"/>
          <w:szCs w:val="24"/>
        </w:rPr>
        <w:t>Assistenza Domiciliare Minori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 xml:space="preserve">☐ </w:t>
      </w:r>
      <w:r>
        <w:rPr>
          <w:sz w:val="24"/>
          <w:szCs w:val="24"/>
        </w:rPr>
        <w:t>Comunità educativa, Comunità familiare e Alloggio per l’autonomia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 xml:space="preserve">☐ </w:t>
      </w:r>
      <w:r>
        <w:rPr>
          <w:sz w:val="24"/>
          <w:szCs w:val="24"/>
        </w:rPr>
        <w:t>Asilo Nido, Micronido, Nido Famiglia e Centro per la Prima Infanzia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 xml:space="preserve">☐ </w:t>
      </w:r>
      <w:r>
        <w:rPr>
          <w:sz w:val="24"/>
          <w:szCs w:val="24"/>
        </w:rPr>
        <w:t>Centro Ricreativo Diurno e Centro di Aggregazione Giovanile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 xml:space="preserve">☐ </w:t>
      </w:r>
      <w:r>
        <w:rPr>
          <w:sz w:val="24"/>
          <w:szCs w:val="24"/>
        </w:rPr>
        <w:t>Servizio educativo diurno (Centro educativo diurno e Comunità educativa diurna)</w:t>
      </w:r>
    </w:p>
    <w:p>
      <w:pPr>
        <w:pStyle w:val="Corpodeltesto"/>
        <w:rPr>
          <w:rFonts w:ascii="Arial" w:hAnsi="Arial"/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AREA DISABILI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 xml:space="preserve">☐ </w:t>
      </w:r>
      <w:r>
        <w:rPr>
          <w:sz w:val="24"/>
          <w:szCs w:val="24"/>
        </w:rPr>
        <w:t>Servizio di Assistenza Domiciliare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 xml:space="preserve">☐ </w:t>
      </w:r>
      <w:r>
        <w:rPr>
          <w:sz w:val="24"/>
          <w:szCs w:val="24"/>
        </w:rPr>
        <w:t>Centro Socio-Educativo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 xml:space="preserve">☐ </w:t>
      </w:r>
      <w:r>
        <w:rPr>
          <w:sz w:val="24"/>
          <w:szCs w:val="24"/>
        </w:rPr>
        <w:t>Servizio di Formazione all’Autonomia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 xml:space="preserve">☐ </w:t>
      </w:r>
      <w:r>
        <w:rPr>
          <w:sz w:val="24"/>
          <w:szCs w:val="24"/>
        </w:rPr>
        <w:t>Comunità Alloggio Disabili</w:t>
      </w:r>
    </w:p>
    <w:p>
      <w:pPr>
        <w:pStyle w:val="Corpodeltesto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AREA ANZIANI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 xml:space="preserve">☐ </w:t>
      </w:r>
      <w:r>
        <w:rPr>
          <w:sz w:val="24"/>
          <w:szCs w:val="24"/>
        </w:rPr>
        <w:t>Servizio di Assistenza Domiciliare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 xml:space="preserve">☐ </w:t>
      </w:r>
      <w:r>
        <w:rPr>
          <w:sz w:val="24"/>
          <w:szCs w:val="24"/>
        </w:rPr>
        <w:t>Alloggio Protetto per Anziani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 xml:space="preserve">☐ </w:t>
      </w:r>
      <w:r>
        <w:rPr>
          <w:sz w:val="24"/>
          <w:szCs w:val="24"/>
        </w:rPr>
        <w:t>Centro Diurno Anziani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 xml:space="preserve">☐ </w:t>
      </w:r>
      <w:r>
        <w:rPr>
          <w:sz w:val="24"/>
          <w:szCs w:val="24"/>
        </w:rPr>
        <w:t>Comunità Alloggio Sociale per Anziani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2) Dichiarazione di inserimento dei dati 2025 nel gestionale “Minori in Comunità” (Minori Web), esclusivamente per le unità di offerta residenziali per minori.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3) Copia del documento di identità del legale rappresentante.</w:t>
      </w:r>
    </w:p>
    <w:p>
      <w:pPr>
        <w:pStyle w:val="Corpodeltesto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Corpodeltesto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DATI PER L’EROGAZIONE DEL CONTRIBUTO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Banca/Banco Posta __________________________________________________________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Agenzia/Filiale ______________________________________________________________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IBAN ______________________________________________________________________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Intestatario del conto _________________________________________________________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Luogo e data __________________________</w:t>
      </w:r>
      <w:r>
        <w:rPr>
          <w:b/>
          <w:sz w:val="24"/>
          <w:szCs w:val="24"/>
        </w:rPr>
        <w:tab/>
        <w:tab/>
      </w:r>
    </w:p>
    <w:p>
      <w:pPr>
        <w:pStyle w:val="Corpodeltesto"/>
        <w:rPr>
          <w:b/>
          <w:b/>
        </w:rPr>
      </w:pPr>
      <w:r>
        <w:rPr>
          <w:sz w:val="24"/>
          <w:szCs w:val="24"/>
        </w:rPr>
      </w:r>
    </w:p>
    <w:p>
      <w:pPr>
        <w:pStyle w:val="Corpodeltesto"/>
        <w:jc w:val="center"/>
        <w:rPr>
          <w:b/>
          <w:b/>
        </w:rPr>
      </w:pPr>
      <w:r>
        <w:rPr>
          <w:sz w:val="24"/>
          <w:szCs w:val="24"/>
        </w:rPr>
      </w:r>
    </w:p>
    <w:p>
      <w:pPr>
        <w:pStyle w:val="Corpodeltes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Il Legale Rappresentante</w:t>
      </w:r>
    </w:p>
    <w:p>
      <w:pPr>
        <w:pStyle w:val="Corpodeltesto"/>
        <w:jc w:val="center"/>
        <w:rPr>
          <w:sz w:val="24"/>
          <w:szCs w:val="24"/>
        </w:rPr>
      </w:pPr>
      <w:r>
        <w:rPr>
          <w:sz w:val="24"/>
          <w:szCs w:val="24"/>
        </w:rPr>
        <w:tab/>
        <w:tab/>
        <w:tab/>
        <w:tab/>
        <w:tab/>
        <w:t>(timbro e firma)</w:t>
      </w:r>
    </w:p>
    <w:p>
      <w:pPr>
        <w:pStyle w:val="Corpodeltesto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Corpodeltesto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Corpodeltesto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Corpodeltesto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Corpodeltesto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Corpodeltesto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Corpodeltesto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INFORMATIVA AI SENSI DELL’ART. 13 DEL GDPR – REGOLAMENTO UE 2016/679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Ai sensi dell’art. 13 del Regolamento UE 2016/679, i dati personali forniti sono trattati dal Comune di Vigevano, in qualità di Titolare del trattamento, esclusivamente per le finalità connesse all’istruttoria, all’assegnazione e all’erogazione del contributo, alla rilevazione del debito informativo e alle successive attività di controllo.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Il conferimento dei dati è necessario per dar corso alla domanda. Il trattamento è effettuato anche mediante strumenti informatici da personale autorizzato e tenuto alla riservatezza.</w:t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I dati saranno conservati per il periodo previsto dalle disposizioni in materia di conservazione degli atti amministrativi e potranno essere comunicati ad ATS Pavia, Regione Lombardia, ai Comuni dell’Ambito e agli altri soggetti pubblici competenti, nei limiti previsti dalla legge.</w:t>
      </w:r>
    </w:p>
    <w:p>
      <w:pPr>
        <w:pStyle w:val="Corpodeltesto"/>
        <w:rPr/>
      </w:pPr>
      <w:r>
        <w:rPr>
          <w:sz w:val="24"/>
          <w:szCs w:val="24"/>
        </w:rPr>
        <w:t xml:space="preserve">Gli interessati possono esercitare i diritti previsti dagli artt. 15 e seguenti del GDPR, rivolgendosi al Comune di Vigevano. Il Responsabile della protezione dei dati (DPO) è contattabile all’indirizzo e-mail: </w:t>
      </w:r>
      <w:hyperlink r:id="rId3">
        <w:r>
          <w:rPr>
            <w:rStyle w:val="CollegamentoInternet"/>
            <w:sz w:val="24"/>
            <w:szCs w:val="24"/>
          </w:rPr>
          <w:t>dpo@comune.vigevano.pv.it</w:t>
        </w:r>
      </w:hyperlink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Il/La sottoscritto/a dichiara di aver ricevuto e letto la presente informativa.</w:t>
      </w:r>
    </w:p>
    <w:p>
      <w:pPr>
        <w:pStyle w:val="Corpodeltesto"/>
        <w:rPr>
          <w:rFonts w:ascii="Arial" w:hAnsi="Arial"/>
        </w:rPr>
      </w:pPr>
      <w:r>
        <w:rPr>
          <w:sz w:val="24"/>
          <w:szCs w:val="24"/>
        </w:rPr>
      </w:r>
    </w:p>
    <w:p>
      <w:pPr>
        <w:pStyle w:val="Corpodeltesto"/>
        <w:rPr>
          <w:sz w:val="24"/>
          <w:szCs w:val="24"/>
        </w:rPr>
      </w:pPr>
      <w:r>
        <w:rPr>
          <w:sz w:val="24"/>
          <w:szCs w:val="24"/>
        </w:rPr>
        <w:t>Luogo e data __________________________</w:t>
      </w:r>
      <w:r>
        <w:rPr>
          <w:b/>
          <w:sz w:val="24"/>
          <w:szCs w:val="24"/>
        </w:rPr>
        <w:tab/>
        <w:tab/>
      </w:r>
    </w:p>
    <w:p>
      <w:pPr>
        <w:pStyle w:val="Corpodeltesto"/>
        <w:rPr>
          <w:b/>
          <w:b/>
        </w:rPr>
      </w:pPr>
      <w:r>
        <w:rPr>
          <w:sz w:val="24"/>
          <w:szCs w:val="24"/>
        </w:rPr>
      </w:r>
    </w:p>
    <w:p>
      <w:pPr>
        <w:pStyle w:val="Corpodeltesto"/>
        <w:jc w:val="center"/>
        <w:rPr>
          <w:b/>
          <w:b/>
        </w:rPr>
      </w:pPr>
      <w:r>
        <w:rPr>
          <w:sz w:val="24"/>
          <w:szCs w:val="24"/>
        </w:rPr>
      </w:r>
    </w:p>
    <w:p>
      <w:pPr>
        <w:pStyle w:val="Corpodeltes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Il Legale Rappresentante</w:t>
      </w:r>
    </w:p>
    <w:p>
      <w:pPr>
        <w:pStyle w:val="Corpodeltesto"/>
        <w:widowControl/>
        <w:bidi w:val="0"/>
        <w:spacing w:lineRule="auto" w:line="276" w:before="0" w:after="120"/>
        <w:ind w:right="0" w:hanging="0"/>
        <w:jc w:val="center"/>
        <w:rPr>
          <w:sz w:val="24"/>
          <w:szCs w:val="24"/>
        </w:rPr>
      </w:pPr>
      <w:r>
        <w:rPr>
          <w:sz w:val="24"/>
          <w:szCs w:val="24"/>
        </w:rPr>
        <w:t>(timbro e firma)</w:t>
      </w:r>
    </w:p>
    <w:sectPr>
      <w:type w:val="nextPage"/>
      <w:pgSz w:w="12240" w:h="15840"/>
      <w:pgMar w:left="1134" w:right="1134" w:header="0" w:top="964" w:footer="0" w:bottom="96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Arial" w:hAnsi="Arial" w:eastAsia="ＭＳ 明朝" w:cs="" w:cstheme="minorBidi" w:eastAsiaTheme="minorEastAsia"/>
      <w:color w:val="auto"/>
      <w:kern w:val="0"/>
      <w:sz w:val="20"/>
      <w:szCs w:val="22"/>
      <w:lang w:val="it-IT" w:eastAsia="en-US" w:bidi="ar-SA"/>
    </w:rPr>
  </w:style>
  <w:style w:type="paragraph" w:styleId="Titolo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Titolo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paragraph" w:styleId="Titolo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Titolo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paragraph" w:styleId="Titolo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Titolo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Titolo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Titolo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BodyTextChar" w:customStyle="1">
    <w:name w:val="Body Text Char"/>
    <w:basedOn w:val="DefaultParagraphFont"/>
    <w:link w:val="BodyTex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nfasi">
    <w:name w:val="Enfasi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Elenco">
    <w:name w:val="List"/>
    <w:basedOn w:val="Normal"/>
    <w:uiPriority w:val="99"/>
    <w:unhideWhenUsed/>
    <w:rsid w:val="00aa1d8d"/>
    <w:pPr>
      <w:spacing w:before="0" w:after="200"/>
      <w:ind w:left="360" w:hanging="360"/>
      <w:contextualSpacing/>
    </w:pPr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0"/>
      <w:szCs w:val="22"/>
      <w:lang w:val="it-IT" w:eastAsia="en-US" w:bidi="ar-SA"/>
    </w:rPr>
  </w:style>
  <w:style w:type="paragraph" w:styleId="Titoloprincipa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Sottotitolo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 w:hanging="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Elenco2">
    <w:name w:val="List Bullet 3"/>
    <w:basedOn w:val="Normal"/>
    <w:uiPriority w:val="99"/>
    <w:unhideWhenUsed/>
    <w:rsid w:val="00326f90"/>
    <w:pPr>
      <w:spacing w:before="0" w:after="200"/>
      <w:ind w:left="720" w:hanging="360"/>
      <w:contextualSpacing/>
    </w:pPr>
    <w:rPr/>
  </w:style>
  <w:style w:type="paragraph" w:styleId="Elenco3">
    <w:name w:val="List Bullet 4"/>
    <w:basedOn w:val="Normal"/>
    <w:uiPriority w:val="99"/>
    <w:unhideWhenUsed/>
    <w:rsid w:val="00326f90"/>
    <w:pPr>
      <w:spacing w:before="0" w:after="200"/>
      <w:ind w:left="1080" w:hanging="360"/>
      <w:contextualSpacing/>
    </w:pPr>
    <w:rPr/>
  </w:style>
  <w:style w:type="paragraph" w:styleId="ListBullet">
    <w:name w:val="List Bullet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qFormat/>
    <w:rsid w:val="00326f90"/>
    <w:p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qFormat/>
    <w:rsid w:val="0029639d"/>
    <w:p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qFormat/>
    <w:rsid w:val="0029639d"/>
    <w:p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qFormat/>
    <w:rsid w:val="0029639d"/>
    <w:pPr>
      <w:spacing w:before="0" w:after="120"/>
      <w:ind w:left="360" w:hanging="0"/>
      <w:contextualSpacing/>
    </w:pPr>
    <w:rPr/>
  </w:style>
  <w:style w:type="paragraph" w:styleId="ListContinue2">
    <w:name w:val="List Continue 2"/>
    <w:basedOn w:val="Normal"/>
    <w:uiPriority w:val="99"/>
    <w:unhideWhenUsed/>
    <w:qFormat/>
    <w:rsid w:val="0029639d"/>
    <w:pPr>
      <w:spacing w:before="0" w:after="120"/>
      <w:ind w:left="720" w:hanging="0"/>
      <w:contextualSpacing/>
    </w:pPr>
    <w:rPr/>
  </w:style>
  <w:style w:type="paragraph" w:styleId="ListContinue3">
    <w:name w:val="List Continue 3"/>
    <w:basedOn w:val="Normal"/>
    <w:uiPriority w:val="99"/>
    <w:unhideWhenUsed/>
    <w:qFormat/>
    <w:rsid w:val="0029639d"/>
    <w:pPr>
      <w:spacing w:before="0" w:after="120"/>
      <w:ind w:left="1080" w:hanging="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it-IT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TOCHeading">
    <w:name w:val="TOC Heading"/>
    <w:basedOn w:val="Titolo1"/>
    <w:next w:val="Normal"/>
    <w:uiPriority w:val="39"/>
    <w:semiHidden/>
    <w:unhideWhenUsed/>
    <w:qFormat/>
    <w:rsid w:val="00fc693f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dpo@comune.vigevano.pv.it" TargetMode="External"/><Relationship Id="rId3" Type="http://schemas.openxmlformats.org/officeDocument/2006/relationships/hyperlink" Target="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LibreOffice/6.4.5.2$Windows_X86_64 LibreOffice_project/a726b36747cf2001e06b58ad5db1aa3a9a1872d6</Application>
  <Pages>4</Pages>
  <Words>748</Words>
  <Characters>5917</Characters>
  <CharactersWithSpaces>6596</CharactersWithSpaces>
  <Paragraphs>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it-IT</dc:language>
  <cp:lastModifiedBy/>
  <dcterms:modified xsi:type="dcterms:W3CDTF">2026-09-15T13:21:14Z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